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DAILY WORK REPORT</w:t>
      </w:r>
    </w:p>
    <w:p>
      <w:pPr>
        <w:jc w:val="center"/>
      </w:pPr>
      <w:r>
        <w:rPr>
          <w:b/>
          <w:sz w:val="22"/>
        </w:rPr>
        <w:t>DR-2026-10-03-001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5E7EB"/>
          </w:tcPr>
          <w:p>
            <w:r>
              <w:rPr>
                <w:b/>
              </w:rPr>
              <w:t>Report Date</w:t>
            </w:r>
          </w:p>
        </w:tc>
        <w:tc>
          <w:tcPr>
            <w:tcW w:type="dxa" w:w="5112"/>
          </w:tcPr>
          <w:p>
            <w:r>
              <w:t>03 October 2026</w:t>
            </w:r>
          </w:p>
        </w:tc>
      </w:tr>
      <w:tr>
        <w:tc>
          <w:tcPr>
            <w:tcW w:type="dxa" w:w="5112"/>
            <w:shd w:fill="E5E7EB"/>
          </w:tcPr>
          <w:p>
            <w:r>
              <w:rPr>
                <w:b/>
              </w:rPr>
              <w:t>Engineer / Employee</w:t>
            </w:r>
          </w:p>
        </w:tc>
        <w:tc>
          <w:tcPr>
            <w:tcW w:type="dxa" w:w="5112"/>
          </w:tcPr>
          <w:p>
            <w:r>
              <w:t>Test</w:t>
            </w:r>
          </w:p>
        </w:tc>
      </w:tr>
      <w:tr>
        <w:tc>
          <w:tcPr>
            <w:tcW w:type="dxa" w:w="5112"/>
            <w:shd w:fill="E5E7EB"/>
          </w:tcPr>
          <w:p>
            <w:r>
              <w:rPr>
                <w:b/>
              </w:rPr>
              <w:t>Designation</w:t>
            </w:r>
          </w:p>
        </w:tc>
        <w:tc>
          <w:tcPr>
            <w:tcW w:type="dxa" w:w="5112"/>
          </w:tcPr>
          <w:p>
            <w:r>
              <w:t>test_re</w:t>
            </w:r>
          </w:p>
        </w:tc>
      </w:tr>
      <w:tr>
        <w:tc>
          <w:tcPr>
            <w:tcW w:type="dxa" w:w="5112"/>
            <w:shd w:fill="E5E7EB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5112"/>
          </w:tcPr>
          <w:p>
            <w:r>
              <w:t>test 03 oct</w:t>
            </w:r>
          </w:p>
        </w:tc>
      </w:tr>
      <w:tr>
        <w:tc>
          <w:tcPr>
            <w:tcW w:type="dxa" w:w="5112"/>
            <w:shd w:fill="E5E7EB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5112"/>
          </w:tcPr>
          <w:p>
            <w:r>
              <w:t>test 03 oct</w:t>
            </w:r>
          </w:p>
        </w:tc>
      </w:tr>
      <w:tr>
        <w:tc>
          <w:tcPr>
            <w:tcW w:type="dxa" w:w="5112"/>
            <w:shd w:fill="E5E7EB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5112"/>
          </w:tcPr>
          <w:p>
            <w:r>
              <w:t>FINALIZED</w:t>
            </w:r>
          </w:p>
        </w:tc>
      </w:tr>
    </w:tbl>
    <w:p/>
    <w:p>
      <w:r>
        <w:rPr>
          <w:b/>
          <w:sz w:val="26"/>
        </w:rPr>
        <w:t>SUMMARY</w:t>
      </w:r>
    </w:p>
    <w:p>
      <w:r>
        <w:t>Test_report_test</w:t>
      </w:r>
    </w:p>
    <w:p>
      <w:r>
        <w:rPr>
          <w:b/>
          <w:sz w:val="26"/>
        </w:rPr>
        <w:t>ACTIVITIES / EVENTS</w:t>
      </w:r>
    </w:p>
    <w:p>
      <w:pPr>
        <w:spacing w:before="200"/>
      </w:pPr>
      <w:r>
        <w:rPr>
          <w:b/>
          <w:sz w:val="22"/>
        </w:rPr>
        <w:t>1. 12:54 - test 03 oct</w:t>
      </w:r>
    </w:p>
    <w:p>
      <w:pPr>
        <w:spacing w:after="80"/>
      </w:pPr>
      <w:r>
        <w:t>Category: Testing | Status: Observation</w:t>
      </w:r>
    </w:p>
    <w:p>
      <w:r>
        <w:t>test 03 oct</w:t>
      </w:r>
    </w:p>
    <w:p>
      <w:r>
        <w:rPr>
          <w:b/>
        </w:rPr>
        <w:t xml:space="preserve">People Involved: </w:t>
      </w:r>
      <w:r>
        <w:t>test 03 oct</w:t>
      </w:r>
    </w:p>
    <w:p>
      <w:r>
        <w:rPr>
          <w:b/>
        </w:rPr>
        <w:t xml:space="preserve">Equipment / System: </w:t>
      </w:r>
      <w:r>
        <w:t>test 03 oct</w:t>
      </w:r>
    </w:p>
    <w:p>
      <w:r>
        <w:rPr>
          <w:b/>
        </w:rPr>
        <w:t xml:space="preserve">Remarks: </w:t>
      </w:r>
      <w:r>
        <w:t>test 03 oct</w:t>
      </w:r>
    </w:p>
    <w:p>
      <w:r>
        <w:t>________________________________________</w:t>
      </w:r>
    </w:p>
    <w:p/>
    <w:p>
      <w:pPr>
        <w:jc w:val="right"/>
      </w:pPr>
      <w:r>
        <w:rPr>
          <w:i/>
        </w:rPr>
        <w:t>Generated Report: DR-2026-10-03-001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